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41EEABB1" w14:textId="77777777" w:rsidTr="007118B8">
        <w:trPr>
          <w:trHeight w:val="1585"/>
        </w:trPr>
        <w:tc>
          <w:tcPr>
            <w:tcW w:w="2115" w:type="dxa"/>
          </w:tcPr>
          <w:p w14:paraId="5E890523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499706DA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7C3D7E9D" w14:textId="77777777" w:rsidR="002454D4" w:rsidRPr="00802F99" w:rsidRDefault="00B8710D" w:rsidP="002454D4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>
        <w:rPr>
          <w:b/>
          <w:bCs/>
        </w:rPr>
        <w:t>MAZERETLİ NOT BİLDİRİM FORMU</w:t>
      </w:r>
    </w:p>
    <w:p w14:paraId="5E2F3AA7" w14:textId="77777777" w:rsidR="008441E2" w:rsidRDefault="00000000">
      <w:pPr>
        <w:spacing w:after="320"/>
        <w:jc w:val="center"/>
      </w:pPr>
      <w:r>
        <w:rPr>
          <w:b/>
        </w:rPr>
        <w:t>................................................ ANA BİLİM DALI BAŞKANLIĞINA</w:t>
      </w:r>
    </w:p>
    <w:p w14:paraId="54EA0EFB" w14:textId="77777777" w:rsidR="008441E2" w:rsidRDefault="00000000" w:rsidP="008474C4">
      <w:pPr>
        <w:spacing w:after="140"/>
        <w:ind w:firstLine="720"/>
        <w:jc w:val="both"/>
      </w:pPr>
      <w:r>
        <w:t>Aşağıda kimlik bilgileri belirtilen öğrencinin, 202.... - 202.... Eğitim-Öğretim Yılı Güz/Bahar yarıyılı sonunda, kodu ve adı yazılı derse/derslere ait dönem sonu notları, nedeni ile birlikte tarafınıza sunulmaktadır.</w:t>
      </w:r>
    </w:p>
    <w:p w14:paraId="324D85C1" w14:textId="77777777" w:rsidR="008441E2" w:rsidRDefault="00000000" w:rsidP="008474C4">
      <w:pPr>
        <w:spacing w:after="240"/>
        <w:ind w:firstLine="720"/>
      </w:pPr>
      <w:r>
        <w:t>Gereğini saygılarımla arz ederim.     .... / .... / 202..</w:t>
      </w:r>
    </w:p>
    <w:p w14:paraId="63111D65" w14:textId="77777777" w:rsidR="008441E2" w:rsidRDefault="00000000">
      <w:pPr>
        <w:spacing w:after="280"/>
        <w:jc w:val="right"/>
      </w:pPr>
      <w:r>
        <w:t>(Unvanı, Adı, Soyadı, İmza)</w:t>
      </w:r>
    </w:p>
    <w:p w14:paraId="22A19531" w14:textId="77777777" w:rsidR="008441E2" w:rsidRDefault="00000000">
      <w:pPr>
        <w:keepNext/>
        <w:pBdr>
          <w:bottom w:val="single" w:sz="8" w:space="0" w:color="D5BC8A"/>
        </w:pBdr>
        <w:spacing w:after="120"/>
      </w:pPr>
      <w:r>
        <w:rPr>
          <w:b/>
        </w:rPr>
        <w:t>ÖĞRENCİ BİLGİLERİ</w:t>
      </w:r>
    </w:p>
    <w:p w14:paraId="2BE5490D" w14:textId="77777777" w:rsidR="008441E2" w:rsidRDefault="00000000">
      <w:pPr>
        <w:spacing w:after="100"/>
      </w:pPr>
      <w:r>
        <w:rPr>
          <w:b/>
        </w:rPr>
        <w:t xml:space="preserve">Adı Soyadı : </w:t>
      </w:r>
      <w:r>
        <w:t>................................................................................................</w:t>
      </w:r>
    </w:p>
    <w:p w14:paraId="16303FCE" w14:textId="77777777" w:rsidR="008441E2" w:rsidRDefault="00000000">
      <w:pPr>
        <w:spacing w:after="100"/>
      </w:pPr>
      <w:r>
        <w:rPr>
          <w:b/>
        </w:rPr>
        <w:t xml:space="preserve">Öğrenci No : </w:t>
      </w:r>
      <w:r>
        <w:t>................................................................................................</w:t>
      </w:r>
    </w:p>
    <w:p w14:paraId="540C91A2" w14:textId="77777777" w:rsidR="008441E2" w:rsidRDefault="00000000">
      <w:pPr>
        <w:keepNext/>
        <w:pBdr>
          <w:bottom w:val="single" w:sz="8" w:space="0" w:color="D5BC8A"/>
        </w:pBdr>
        <w:spacing w:before="200" w:after="100"/>
      </w:pPr>
      <w:r>
        <w:rPr>
          <w:b/>
        </w:rPr>
        <w:t>DERS/DERSLER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5182"/>
        <w:gridCol w:w="1200"/>
        <w:gridCol w:w="1600"/>
      </w:tblGrid>
      <w:tr w:rsidR="008441E2" w14:paraId="4824C6C9" w14:textId="77777777">
        <w:trPr>
          <w:trHeight w:val="525"/>
        </w:trPr>
        <w:tc>
          <w:tcPr>
            <w:tcW w:w="1600" w:type="dxa"/>
            <w:vAlign w:val="center"/>
          </w:tcPr>
          <w:p w14:paraId="013BDEDA" w14:textId="77777777" w:rsidR="008441E2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Ders Kodu</w:t>
            </w:r>
          </w:p>
        </w:tc>
        <w:tc>
          <w:tcPr>
            <w:tcW w:w="5182" w:type="dxa"/>
            <w:vAlign w:val="center"/>
          </w:tcPr>
          <w:p w14:paraId="70E1135B" w14:textId="77777777" w:rsidR="008441E2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Dersin Adı</w:t>
            </w:r>
          </w:p>
        </w:tc>
        <w:tc>
          <w:tcPr>
            <w:tcW w:w="1200" w:type="dxa"/>
            <w:vAlign w:val="center"/>
          </w:tcPr>
          <w:p w14:paraId="05B072D0" w14:textId="77777777" w:rsidR="008441E2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Kredisi</w:t>
            </w:r>
          </w:p>
        </w:tc>
        <w:tc>
          <w:tcPr>
            <w:tcW w:w="1600" w:type="dxa"/>
            <w:vAlign w:val="center"/>
          </w:tcPr>
          <w:p w14:paraId="5D315207" w14:textId="77777777" w:rsidR="008441E2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Notu (Harfli)</w:t>
            </w:r>
          </w:p>
        </w:tc>
      </w:tr>
      <w:tr w:rsidR="008441E2" w14:paraId="6CE75CC1" w14:textId="77777777">
        <w:trPr>
          <w:trHeight w:val="525"/>
        </w:trPr>
        <w:tc>
          <w:tcPr>
            <w:tcW w:w="1600" w:type="dxa"/>
            <w:vAlign w:val="center"/>
          </w:tcPr>
          <w:p w14:paraId="45EAEA9B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5182" w:type="dxa"/>
            <w:vAlign w:val="center"/>
          </w:tcPr>
          <w:p w14:paraId="60371120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200" w:type="dxa"/>
            <w:vAlign w:val="center"/>
          </w:tcPr>
          <w:p w14:paraId="3B98EA24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600" w:type="dxa"/>
            <w:vAlign w:val="center"/>
          </w:tcPr>
          <w:p w14:paraId="745B4808" w14:textId="77777777" w:rsidR="008441E2" w:rsidRDefault="008441E2">
            <w:pPr>
              <w:spacing w:before="60" w:after="60"/>
              <w:jc w:val="center"/>
            </w:pPr>
          </w:p>
        </w:tc>
      </w:tr>
      <w:tr w:rsidR="008441E2" w14:paraId="65A53DBC" w14:textId="77777777">
        <w:trPr>
          <w:trHeight w:val="525"/>
        </w:trPr>
        <w:tc>
          <w:tcPr>
            <w:tcW w:w="1600" w:type="dxa"/>
            <w:vAlign w:val="center"/>
          </w:tcPr>
          <w:p w14:paraId="02DE5014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5182" w:type="dxa"/>
            <w:vAlign w:val="center"/>
          </w:tcPr>
          <w:p w14:paraId="25B2BB66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200" w:type="dxa"/>
            <w:vAlign w:val="center"/>
          </w:tcPr>
          <w:p w14:paraId="54CC115F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600" w:type="dxa"/>
            <w:vAlign w:val="center"/>
          </w:tcPr>
          <w:p w14:paraId="33C347C6" w14:textId="77777777" w:rsidR="008441E2" w:rsidRDefault="008441E2">
            <w:pPr>
              <w:spacing w:before="60" w:after="60"/>
              <w:jc w:val="center"/>
            </w:pPr>
          </w:p>
        </w:tc>
      </w:tr>
      <w:tr w:rsidR="008441E2" w14:paraId="74280526" w14:textId="77777777">
        <w:trPr>
          <w:trHeight w:val="525"/>
        </w:trPr>
        <w:tc>
          <w:tcPr>
            <w:tcW w:w="1600" w:type="dxa"/>
            <w:vAlign w:val="center"/>
          </w:tcPr>
          <w:p w14:paraId="0F3E4817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5182" w:type="dxa"/>
            <w:vAlign w:val="center"/>
          </w:tcPr>
          <w:p w14:paraId="63605852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200" w:type="dxa"/>
            <w:vAlign w:val="center"/>
          </w:tcPr>
          <w:p w14:paraId="022923F3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600" w:type="dxa"/>
            <w:vAlign w:val="center"/>
          </w:tcPr>
          <w:p w14:paraId="7F54D2CD" w14:textId="77777777" w:rsidR="008441E2" w:rsidRDefault="008441E2">
            <w:pPr>
              <w:spacing w:before="60" w:after="60"/>
              <w:jc w:val="center"/>
            </w:pPr>
          </w:p>
        </w:tc>
      </w:tr>
      <w:tr w:rsidR="008441E2" w14:paraId="4BAFDA31" w14:textId="77777777">
        <w:trPr>
          <w:trHeight w:val="525"/>
        </w:trPr>
        <w:tc>
          <w:tcPr>
            <w:tcW w:w="1600" w:type="dxa"/>
            <w:vAlign w:val="center"/>
          </w:tcPr>
          <w:p w14:paraId="3E5A6B2E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5182" w:type="dxa"/>
            <w:vAlign w:val="center"/>
          </w:tcPr>
          <w:p w14:paraId="2DCE9E9A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200" w:type="dxa"/>
            <w:vAlign w:val="center"/>
          </w:tcPr>
          <w:p w14:paraId="6AA73A15" w14:textId="77777777" w:rsidR="008441E2" w:rsidRDefault="008441E2">
            <w:pPr>
              <w:spacing w:before="60" w:after="60"/>
              <w:jc w:val="center"/>
            </w:pPr>
          </w:p>
        </w:tc>
        <w:tc>
          <w:tcPr>
            <w:tcW w:w="1600" w:type="dxa"/>
            <w:vAlign w:val="center"/>
          </w:tcPr>
          <w:p w14:paraId="2C6C240D" w14:textId="77777777" w:rsidR="008441E2" w:rsidRDefault="008441E2">
            <w:pPr>
              <w:spacing w:before="60" w:after="60"/>
              <w:jc w:val="center"/>
            </w:pPr>
          </w:p>
        </w:tc>
      </w:tr>
    </w:tbl>
    <w:p w14:paraId="345270FA" w14:textId="77777777" w:rsidR="008441E2" w:rsidRDefault="00000000">
      <w:pPr>
        <w:keepNext/>
        <w:pBdr>
          <w:bottom w:val="single" w:sz="8" w:space="0" w:color="D5BC8A"/>
        </w:pBdr>
        <w:spacing w:before="360" w:after="100"/>
      </w:pPr>
      <w:r>
        <w:rPr>
          <w:b/>
        </w:rPr>
        <w:t>NOT BİLDİRİM NEDENİ</w:t>
      </w:r>
    </w:p>
    <w:p w14:paraId="59C5053B" w14:textId="77777777" w:rsidR="008441E2" w:rsidRDefault="00000000">
      <w:pPr>
        <w:spacing w:after="160"/>
      </w:pPr>
      <w:r>
        <w:t>Bu formu kullanarak not bildirmeyi gerektiren nedenlerden uygun olanını işaretleyiniz.</w:t>
      </w:r>
    </w:p>
    <w:p w14:paraId="76667D2D" w14:textId="77777777" w:rsidR="008441E2" w:rsidRDefault="00000000">
      <w:pPr>
        <w:spacing w:after="100"/>
      </w:pPr>
      <w:r>
        <w:t>☐   Öğrenciye verilmiş olan notta maddi hata saptandığından belirtilen değişiklik yapılmıştır.</w:t>
      </w:r>
    </w:p>
    <w:p w14:paraId="54DD11E5" w14:textId="77777777" w:rsidR="008441E2" w:rsidRDefault="00000000">
      <w:pPr>
        <w:spacing w:after="100"/>
      </w:pPr>
      <w:r>
        <w:t>☐   Öğrenci başka bir yükseköğretim kurumunun öğrencisi olup Enstitümüzden ders almıştır.</w:t>
      </w:r>
    </w:p>
    <w:p w14:paraId="40046345" w14:textId="77777777" w:rsidR="008441E2" w:rsidRDefault="00000000">
      <w:pPr>
        <w:spacing w:after="100"/>
      </w:pPr>
      <w:r>
        <w:t>☐   Erasmus ya da Ortak Lisansüstü Program kapsamında ders alan bir öğrencidir.</w:t>
      </w:r>
    </w:p>
    <w:p w14:paraId="0361292F" w14:textId="77777777" w:rsidR="008441E2" w:rsidRDefault="00000000">
      <w:pPr>
        <w:spacing w:after="100"/>
      </w:pPr>
      <w:r>
        <w:t>☐   Bilimsel hazırlık programı dersidir.</w:t>
      </w:r>
    </w:p>
    <w:p w14:paraId="41759EC1" w14:textId="77777777" w:rsidR="008441E2" w:rsidRDefault="00000000">
      <w:pPr>
        <w:spacing w:after="100"/>
      </w:pPr>
      <w:r>
        <w:t>☐   Notu süresinde otomasyona girilemediğinden.</w:t>
      </w:r>
    </w:p>
    <w:p w14:paraId="5858322C" w14:textId="77777777" w:rsidR="008441E2" w:rsidRDefault="00000000">
      <w:pPr>
        <w:spacing w:after="100"/>
      </w:pPr>
      <w:r>
        <w:t>☐   Diğer (Belirtiniz) : ................................................................................................</w:t>
      </w:r>
    </w:p>
    <w:sectPr w:rsidR="008441E2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2454D4"/>
    <w:rsid w:val="0029639D"/>
    <w:rsid w:val="00326F90"/>
    <w:rsid w:val="003A1CEE"/>
    <w:rsid w:val="005A7C45"/>
    <w:rsid w:val="00606584"/>
    <w:rsid w:val="008441E2"/>
    <w:rsid w:val="008474C4"/>
    <w:rsid w:val="00AA1D8D"/>
    <w:rsid w:val="00AD6073"/>
    <w:rsid w:val="00B47730"/>
    <w:rsid w:val="00B8710D"/>
    <w:rsid w:val="00CB0664"/>
    <w:rsid w:val="00D10F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3DFE5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2026-09-24T11:44:00Z</dcterms:created>
  <dcterms:modified xsi:type="dcterms:W3CDTF">2026-09-24T11:44:00Z</dcterms:modified>
  <cp:category/>
</cp:coreProperties>
</file>